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80ACA" w14:textId="77777777" w:rsidR="00556F41" w:rsidRDefault="00556F41">
      <w:pPr>
        <w:jc w:val="center"/>
        <w:rPr>
          <w:b/>
          <w:sz w:val="28"/>
        </w:rPr>
      </w:pPr>
    </w:p>
    <w:p w14:paraId="6C86C3A9" w14:textId="60D69251" w:rsidR="00736A00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ALLEGATO 1 – </w:t>
      </w:r>
    </w:p>
    <w:p w14:paraId="1A60813D" w14:textId="7EE03507" w:rsidR="001C1128" w:rsidRDefault="001C1128">
      <w:pPr>
        <w:jc w:val="center"/>
        <w:rPr>
          <w:b/>
          <w:sz w:val="28"/>
        </w:rPr>
      </w:pPr>
      <w:r>
        <w:rPr>
          <w:b/>
          <w:sz w:val="28"/>
        </w:rPr>
        <w:t xml:space="preserve">MODULO DI RICHIESTA ATTIVAZIONE </w:t>
      </w:r>
      <w:r w:rsidRPr="001C1128">
        <w:rPr>
          <w:b/>
          <w:sz w:val="28"/>
        </w:rPr>
        <w:t>INTERVENTI DI RAFFORZAMENTO DELL’INTEGRAZIONE SCOLASTICA</w:t>
      </w:r>
    </w:p>
    <w:p w14:paraId="011A8B8C" w14:textId="199C067E" w:rsidR="000F1372" w:rsidRDefault="000F1372">
      <w:pPr>
        <w:jc w:val="center"/>
        <w:rPr>
          <w:b/>
          <w:sz w:val="28"/>
        </w:rPr>
      </w:pPr>
      <w:r>
        <w:rPr>
          <w:b/>
          <w:sz w:val="28"/>
        </w:rPr>
        <w:t>(Scuola primaria e Secondaria di 1° grado)</w:t>
      </w:r>
    </w:p>
    <w:p w14:paraId="06752C75" w14:textId="79A7186A" w:rsidR="00D30323" w:rsidRDefault="00000000">
      <w:pPr>
        <w:jc w:val="center"/>
        <w:rPr>
          <w:b/>
          <w:sz w:val="28"/>
        </w:rPr>
      </w:pPr>
      <w:r>
        <w:rPr>
          <w:b/>
          <w:sz w:val="28"/>
        </w:rPr>
        <w:t>PROGETTO I.R.I.S.</w:t>
      </w:r>
    </w:p>
    <w:p w14:paraId="37F28282" w14:textId="74FF8052" w:rsidR="00310E72" w:rsidRDefault="00310E72">
      <w:pPr>
        <w:jc w:val="center"/>
      </w:pPr>
      <w:r>
        <w:rPr>
          <w:b/>
          <w:sz w:val="28"/>
        </w:rPr>
        <w:t>Inviare entro sabato 29 novembre 2025</w:t>
      </w:r>
    </w:p>
    <w:p w14:paraId="6DE7A93D" w14:textId="17AB8B7E" w:rsidR="00014474" w:rsidRDefault="00736A00" w:rsidP="00014474">
      <w:pPr>
        <w:spacing w:after="0"/>
        <w:ind w:left="5528" w:hanging="1134"/>
        <w:jc w:val="both"/>
      </w:pPr>
      <w:r>
        <w:t>Al Dirigente dell’Istituto Comprensivo</w:t>
      </w:r>
      <w:r w:rsidR="00014474">
        <w:t>/IIS</w:t>
      </w:r>
    </w:p>
    <w:p w14:paraId="0338940E" w14:textId="03C66A46" w:rsidR="00736A00" w:rsidRDefault="00736A00" w:rsidP="00014474">
      <w:pPr>
        <w:ind w:left="4395" w:firstLine="20"/>
        <w:jc w:val="both"/>
      </w:pPr>
      <w:r>
        <w:t xml:space="preserve">di </w:t>
      </w:r>
      <w:r w:rsidR="00C6499F" w:rsidRPr="00C6499F">
        <w:rPr>
          <w:highlight w:val="yellow"/>
        </w:rPr>
        <w:t>XXX</w:t>
      </w:r>
    </w:p>
    <w:p w14:paraId="5837429E" w14:textId="694690C7" w:rsidR="00D30323" w:rsidRPr="00C3440A" w:rsidRDefault="00736A00" w:rsidP="00014474">
      <w:pPr>
        <w:spacing w:after="0"/>
        <w:ind w:left="4394"/>
        <w:jc w:val="both"/>
        <w:rPr>
          <w:highlight w:val="yellow"/>
        </w:rPr>
      </w:pPr>
      <w:r>
        <w:t>PEC:</w:t>
      </w:r>
      <w:hyperlink r:id="rId8" w:history="1">
        <w:r w:rsidR="00AA00F6" w:rsidRPr="00C3440A">
          <w:rPr>
            <w:rStyle w:val="Collegamentoipertestuale"/>
            <w:highlight w:val="yellow"/>
          </w:rPr>
          <w:t>caic84400a@pec.istruzione.it</w:t>
        </w:r>
      </w:hyperlink>
      <w:r w:rsidRPr="00C3440A">
        <w:rPr>
          <w:highlight w:val="yellow"/>
        </w:rPr>
        <w:t xml:space="preserve"> </w:t>
      </w:r>
    </w:p>
    <w:p w14:paraId="0036DB83" w14:textId="5F72C63C" w:rsidR="00014474" w:rsidRPr="00C3440A" w:rsidRDefault="00014474" w:rsidP="00014474">
      <w:pPr>
        <w:spacing w:after="0"/>
        <w:ind w:left="4395" w:firstLine="425"/>
        <w:jc w:val="both"/>
        <w:rPr>
          <w:highlight w:val="yellow"/>
        </w:rPr>
      </w:pPr>
      <w:hyperlink r:id="rId9" w:history="1">
        <w:r w:rsidRPr="00C3440A">
          <w:rPr>
            <w:rStyle w:val="Collegamentoipertestuale"/>
            <w:highlight w:val="yellow"/>
          </w:rPr>
          <w:t>nuis00300r@pec.istruzione.it</w:t>
        </w:r>
      </w:hyperlink>
      <w:r w:rsidRPr="00C3440A">
        <w:rPr>
          <w:highlight w:val="yellow"/>
        </w:rPr>
        <w:t xml:space="preserve"> </w:t>
      </w:r>
    </w:p>
    <w:p w14:paraId="538FE1F7" w14:textId="402D0536" w:rsidR="00014474" w:rsidRPr="00C3440A" w:rsidRDefault="00014474" w:rsidP="00014474">
      <w:pPr>
        <w:spacing w:after="0"/>
        <w:ind w:left="4395" w:firstLine="425"/>
        <w:jc w:val="both"/>
        <w:rPr>
          <w:highlight w:val="yellow"/>
        </w:rPr>
      </w:pPr>
      <w:hyperlink r:id="rId10" w:history="1">
        <w:r w:rsidRPr="00C3440A">
          <w:rPr>
            <w:rStyle w:val="Collegamentoipertestuale"/>
            <w:highlight w:val="yellow"/>
          </w:rPr>
          <w:t>oris00800b@pec.istruzione.it</w:t>
        </w:r>
      </w:hyperlink>
      <w:r w:rsidRPr="00C3440A">
        <w:rPr>
          <w:highlight w:val="yellow"/>
        </w:rPr>
        <w:t xml:space="preserve"> </w:t>
      </w:r>
    </w:p>
    <w:p w14:paraId="51DCB578" w14:textId="34A88618" w:rsidR="00014474" w:rsidRDefault="00014474" w:rsidP="00014474">
      <w:pPr>
        <w:ind w:left="4395" w:firstLine="425"/>
        <w:jc w:val="both"/>
      </w:pPr>
      <w:hyperlink r:id="rId11" w:history="1">
        <w:r w:rsidRPr="00C3440A">
          <w:rPr>
            <w:rStyle w:val="Collegamentoipertestuale"/>
            <w:highlight w:val="yellow"/>
          </w:rPr>
          <w:t>ssis01100g@pec.istruzione.it</w:t>
        </w:r>
      </w:hyperlink>
      <w:r>
        <w:t xml:space="preserve"> </w:t>
      </w:r>
    </w:p>
    <w:p w14:paraId="1F75F5ED" w14:textId="77777777" w:rsidR="00014474" w:rsidRDefault="00014474" w:rsidP="00736A00">
      <w:pPr>
        <w:ind w:left="5529" w:firstLine="20"/>
        <w:jc w:val="both"/>
      </w:pPr>
    </w:p>
    <w:p w14:paraId="5B03977D" w14:textId="3ACC7AD4" w:rsidR="00D30323" w:rsidRPr="00736A00" w:rsidRDefault="00000000" w:rsidP="00C3440A">
      <w:pPr>
        <w:spacing w:after="480"/>
        <w:jc w:val="both"/>
        <w:rPr>
          <w:sz w:val="24"/>
          <w:szCs w:val="24"/>
        </w:rPr>
      </w:pPr>
      <w:r w:rsidRPr="00736A00">
        <w:rPr>
          <w:sz w:val="24"/>
          <w:szCs w:val="24"/>
        </w:rPr>
        <w:t xml:space="preserve">Oggetto: progetto I.R.I.S. – </w:t>
      </w:r>
      <w:bookmarkStart w:id="0" w:name="_Hlk214265538"/>
      <w:r w:rsidRPr="00736A00">
        <w:rPr>
          <w:sz w:val="24"/>
          <w:szCs w:val="24"/>
        </w:rPr>
        <w:t xml:space="preserve">Interventi di Rafforzamento dell’Integrazione Scolastica </w:t>
      </w:r>
      <w:bookmarkEnd w:id="0"/>
      <w:r w:rsidRPr="00736A00">
        <w:rPr>
          <w:sz w:val="24"/>
          <w:szCs w:val="24"/>
        </w:rPr>
        <w:t>– FAMI 2021–2027</w:t>
      </w:r>
      <w:r w:rsidR="00310E72">
        <w:rPr>
          <w:sz w:val="24"/>
          <w:szCs w:val="24"/>
        </w:rPr>
        <w:t>. Richiesta attivazione moduli lingu</w:t>
      </w:r>
      <w:r w:rsidR="00F36912">
        <w:rPr>
          <w:sz w:val="24"/>
          <w:szCs w:val="24"/>
        </w:rPr>
        <w:t>i</w:t>
      </w:r>
      <w:r w:rsidR="00310E72">
        <w:rPr>
          <w:sz w:val="24"/>
          <w:szCs w:val="24"/>
        </w:rPr>
        <w:t>stici.</w:t>
      </w:r>
    </w:p>
    <w:p w14:paraId="4567D84C" w14:textId="579EABF8" w:rsidR="00736A00" w:rsidRDefault="00000000" w:rsidP="000F1372">
      <w:pPr>
        <w:spacing w:line="360" w:lineRule="auto"/>
        <w:jc w:val="both"/>
        <w:rPr>
          <w:sz w:val="24"/>
          <w:szCs w:val="24"/>
        </w:rPr>
      </w:pPr>
      <w:r w:rsidRPr="00736A00">
        <w:rPr>
          <w:sz w:val="24"/>
          <w:szCs w:val="24"/>
        </w:rPr>
        <w:t xml:space="preserve">Il/La sottoscritto/a Dirigente Scolastico/a dell’Istituto ____________________________, codice meccanografico ____________________, con sede in ____________________________, MANIFESTA formale interesse alla partecipazione al progetto I.R.I.S., secondo quanto previsto </w:t>
      </w:r>
      <w:proofErr w:type="spellStart"/>
      <w:r w:rsidRPr="00736A00">
        <w:rPr>
          <w:sz w:val="24"/>
          <w:szCs w:val="24"/>
        </w:rPr>
        <w:t>dalla</w:t>
      </w:r>
      <w:proofErr w:type="spellEnd"/>
      <w:r w:rsidRPr="00736A00">
        <w:rPr>
          <w:sz w:val="24"/>
          <w:szCs w:val="24"/>
        </w:rPr>
        <w:t xml:space="preserve"> nota dell’Ufficio Scolastico Regionale per la Sardegna, </w:t>
      </w:r>
      <w:proofErr w:type="spellStart"/>
      <w:r w:rsidRPr="00736A00">
        <w:rPr>
          <w:sz w:val="24"/>
          <w:szCs w:val="24"/>
        </w:rPr>
        <w:t>prot.</w:t>
      </w:r>
      <w:proofErr w:type="spellEnd"/>
      <w:r w:rsidRPr="00736A00">
        <w:rPr>
          <w:sz w:val="24"/>
          <w:szCs w:val="24"/>
        </w:rPr>
        <w:t xml:space="preserve"> n. 16596 del 12/09/2025.</w:t>
      </w:r>
      <w:r w:rsidR="00736A00">
        <w:rPr>
          <w:sz w:val="24"/>
          <w:szCs w:val="24"/>
        </w:rPr>
        <w:t xml:space="preserve"> e seguenti</w:t>
      </w:r>
      <w:r w:rsidR="00564CD0">
        <w:rPr>
          <w:sz w:val="24"/>
          <w:szCs w:val="24"/>
        </w:rPr>
        <w:t>,</w:t>
      </w:r>
      <w:r w:rsidR="001001D5">
        <w:rPr>
          <w:sz w:val="24"/>
          <w:szCs w:val="24"/>
        </w:rPr>
        <w:t xml:space="preserve"> pertanto</w:t>
      </w:r>
    </w:p>
    <w:p w14:paraId="33D78C6C" w14:textId="0183B030" w:rsidR="00D30323" w:rsidRPr="00736A00" w:rsidRDefault="00736A00" w:rsidP="00EC6777">
      <w:pPr>
        <w:spacing w:before="100" w:beforeAutospacing="1" w:after="100" w:afterAutospacing="1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CHIEDE</w:t>
      </w:r>
    </w:p>
    <w:p w14:paraId="6F32E84B" w14:textId="2DAE83F7" w:rsidR="00D30323" w:rsidRDefault="00564CD0">
      <w:r>
        <w:t>l</w:t>
      </w:r>
      <w:r w:rsidR="00736A00">
        <w:t xml:space="preserve">’attivazione dei seguenti moduli </w:t>
      </w:r>
      <w:r>
        <w:t>linguistici</w:t>
      </w:r>
      <w:r w:rsidR="00736A00">
        <w:t>:</w:t>
      </w:r>
    </w:p>
    <w:tbl>
      <w:tblPr>
        <w:tblStyle w:val="Grigliatabella"/>
        <w:tblW w:w="9845" w:type="dxa"/>
        <w:jc w:val="center"/>
        <w:tblLook w:val="04A0" w:firstRow="1" w:lastRow="0" w:firstColumn="1" w:lastColumn="0" w:noHBand="0" w:noVBand="1"/>
      </w:tblPr>
      <w:tblGrid>
        <w:gridCol w:w="2631"/>
        <w:gridCol w:w="2394"/>
        <w:gridCol w:w="2425"/>
        <w:gridCol w:w="2395"/>
      </w:tblGrid>
      <w:tr w:rsidR="00287194" w14:paraId="3BE6F51D" w14:textId="77777777" w:rsidTr="001C1128">
        <w:trPr>
          <w:jc w:val="center"/>
        </w:trPr>
        <w:tc>
          <w:tcPr>
            <w:tcW w:w="2631" w:type="dxa"/>
            <w:vAlign w:val="bottom"/>
          </w:tcPr>
          <w:p w14:paraId="0F067604" w14:textId="77777777" w:rsidR="00287194" w:rsidRPr="003A478D" w:rsidRDefault="00287194" w:rsidP="003A478D">
            <w:pPr>
              <w:jc w:val="center"/>
              <w:rPr>
                <w:b/>
                <w:bCs/>
              </w:rPr>
            </w:pPr>
            <w:r w:rsidRPr="003A478D">
              <w:rPr>
                <w:b/>
                <w:bCs/>
              </w:rPr>
              <w:t>Tipologia modulo</w:t>
            </w:r>
          </w:p>
        </w:tc>
        <w:tc>
          <w:tcPr>
            <w:tcW w:w="2394" w:type="dxa"/>
            <w:vAlign w:val="bottom"/>
          </w:tcPr>
          <w:p w14:paraId="05EA392B" w14:textId="77777777" w:rsidR="00287194" w:rsidRPr="003A478D" w:rsidRDefault="00287194" w:rsidP="003A478D">
            <w:pPr>
              <w:jc w:val="center"/>
              <w:rPr>
                <w:b/>
                <w:bCs/>
              </w:rPr>
            </w:pPr>
            <w:r w:rsidRPr="003A478D">
              <w:rPr>
                <w:b/>
                <w:bCs/>
              </w:rPr>
              <w:t>Livello scolastico</w:t>
            </w:r>
          </w:p>
        </w:tc>
        <w:tc>
          <w:tcPr>
            <w:tcW w:w="2425" w:type="dxa"/>
            <w:vAlign w:val="bottom"/>
          </w:tcPr>
          <w:p w14:paraId="059FE591" w14:textId="77777777" w:rsidR="00287194" w:rsidRPr="003A478D" w:rsidRDefault="00287194" w:rsidP="003A478D">
            <w:pPr>
              <w:jc w:val="center"/>
              <w:rPr>
                <w:b/>
                <w:bCs/>
              </w:rPr>
            </w:pPr>
            <w:r w:rsidRPr="003A478D">
              <w:rPr>
                <w:b/>
                <w:bCs/>
              </w:rPr>
              <w:t>Numero moduli richiesti</w:t>
            </w:r>
          </w:p>
        </w:tc>
        <w:tc>
          <w:tcPr>
            <w:tcW w:w="2395" w:type="dxa"/>
            <w:vAlign w:val="bottom"/>
          </w:tcPr>
          <w:p w14:paraId="62368EF7" w14:textId="77777777" w:rsidR="00287194" w:rsidRPr="003A478D" w:rsidRDefault="00287194" w:rsidP="003A478D">
            <w:pPr>
              <w:jc w:val="center"/>
              <w:rPr>
                <w:b/>
                <w:bCs/>
              </w:rPr>
            </w:pPr>
            <w:r w:rsidRPr="003A478D">
              <w:rPr>
                <w:b/>
                <w:bCs/>
              </w:rPr>
              <w:t>Numero studenti coinvolti</w:t>
            </w:r>
          </w:p>
        </w:tc>
      </w:tr>
      <w:tr w:rsidR="00287194" w14:paraId="47DADF9F" w14:textId="77777777" w:rsidTr="001C1128">
        <w:trPr>
          <w:jc w:val="center"/>
        </w:trPr>
        <w:sdt>
          <w:sdtPr>
            <w:alias w:val="TIPOLOGIA MODULO"/>
            <w:tag w:val="TIPOLOGIA MODULO"/>
            <w:id w:val="-970362124"/>
            <w:placeholder>
              <w:docPart w:val="DefaultPlaceholder_-1854013438"/>
            </w:placeholder>
            <w:showingPlcHdr/>
            <w:dropDownList>
              <w:listItem w:value="Scegliere un elemento."/>
              <w:listItem w:displayText="ITA BASE PRIMARIA" w:value="ITA BASE PRIMARIA"/>
              <w:listItem w:displayText="ITA BASE SECONDARIA" w:value="ITA BASE SECONDARIA"/>
              <w:listItem w:displayText="ITA STUDIO" w:value="ITA STUDIO"/>
            </w:dropDownList>
          </w:sdtPr>
          <w:sdtContent>
            <w:tc>
              <w:tcPr>
                <w:tcW w:w="2631" w:type="dxa"/>
                <w:vAlign w:val="bottom"/>
              </w:tcPr>
              <w:p w14:paraId="26562391" w14:textId="4ECCF9C0" w:rsidR="00287194" w:rsidRDefault="001C1128">
                <w:r w:rsidRPr="00B742C5">
                  <w:rPr>
                    <w:rStyle w:val="Testosegnaposto"/>
                  </w:rPr>
                  <w:t>Scegliere un elemento.</w:t>
                </w:r>
              </w:p>
            </w:tc>
          </w:sdtContent>
        </w:sdt>
        <w:sdt>
          <w:sdtPr>
            <w:alias w:val="Indica il livello scolastico"/>
            <w:tag w:val="Indica il livello scolastico"/>
            <w:id w:val="-644820417"/>
            <w:placeholder>
              <w:docPart w:val="6D00F1FAD3A24A1D8D456598134B6B83"/>
            </w:placeholder>
            <w:dropDownList>
              <w:listItem w:displayText="Scegli un elemento" w:value="Scegli un elemento"/>
              <w:listItem w:displayText="Scuola Primaria" w:value="Scuola Primaria"/>
              <w:listItem w:displayText="Secondaria 1° grado" w:value="Secondaria 1° grado"/>
            </w:dropDownList>
          </w:sdtPr>
          <w:sdtContent>
            <w:tc>
              <w:tcPr>
                <w:tcW w:w="2394" w:type="dxa"/>
                <w:vAlign w:val="bottom"/>
              </w:tcPr>
              <w:p w14:paraId="519F36D5" w14:textId="1CA4A4B7" w:rsidR="00287194" w:rsidRDefault="00287194">
                <w:r>
                  <w:t>Scegli un elemento</w:t>
                </w:r>
              </w:p>
            </w:tc>
          </w:sdtContent>
        </w:sdt>
        <w:sdt>
          <w:sdtPr>
            <w:alias w:val="Indica il numero"/>
            <w:tag w:val="Indica il numnero"/>
            <w:id w:val="-1475759950"/>
            <w:placeholder>
              <w:docPart w:val="6D00F1FAD3A24A1D8D456598134B6B83"/>
            </w:placeholder>
            <w:showingPlcHdr/>
            <w:dropDownList>
              <w:listItem w:displayText="Scegli un elemento." w:value="Scegli un elemento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2425" w:type="dxa"/>
                <w:vAlign w:val="bottom"/>
              </w:tcPr>
              <w:p w14:paraId="64077C51" w14:textId="79D16A04" w:rsidR="00287194" w:rsidRDefault="00287194">
                <w:r w:rsidRPr="0071774D">
                  <w:rPr>
                    <w:rStyle w:val="Testosegnaposto"/>
                  </w:rPr>
                  <w:t>Scegliere un elemento.</w:t>
                </w:r>
              </w:p>
            </w:tc>
          </w:sdtContent>
        </w:sdt>
        <w:sdt>
          <w:sdtPr>
            <w:alias w:val="Indica il numero degli studenti"/>
            <w:tag w:val="Indica il numero degli studenti"/>
            <w:id w:val="1359006617"/>
            <w:placeholder>
              <w:docPart w:val="6D00F1FAD3A24A1D8D456598134B6B83"/>
            </w:placeholder>
            <w:showingPlcHdr/>
            <w:dropDownList>
              <w:listItem w:displayText="5" w:value="5"/>
              <w:listItem w:displayText="10" w:value="10"/>
              <w:listItem w:displayText="15" w:value="15"/>
              <w:listItem w:displayText="20" w:value="20"/>
              <w:listItem w:displayText="25" w:value="25"/>
              <w:listItem w:displayText="1" w:value="1"/>
            </w:dropDownList>
          </w:sdtPr>
          <w:sdtContent>
            <w:tc>
              <w:tcPr>
                <w:tcW w:w="2395" w:type="dxa"/>
                <w:vAlign w:val="bottom"/>
              </w:tcPr>
              <w:p w14:paraId="0E3921B2" w14:textId="021789A0" w:rsidR="00287194" w:rsidRDefault="00287194">
                <w:r w:rsidRPr="0071774D">
                  <w:rPr>
                    <w:rStyle w:val="Testosegnaposto"/>
                  </w:rPr>
                  <w:t>Scegliere un elemento.</w:t>
                </w:r>
              </w:p>
            </w:tc>
          </w:sdtContent>
        </w:sdt>
      </w:tr>
      <w:tr w:rsidR="00287194" w14:paraId="7AAB9A47" w14:textId="77777777" w:rsidTr="001C1128">
        <w:trPr>
          <w:jc w:val="center"/>
        </w:trPr>
        <w:tc>
          <w:tcPr>
            <w:tcW w:w="2631" w:type="dxa"/>
          </w:tcPr>
          <w:p w14:paraId="32C1AC08" w14:textId="149EA11E" w:rsidR="00287194" w:rsidRDefault="00287194"/>
        </w:tc>
        <w:tc>
          <w:tcPr>
            <w:tcW w:w="2394" w:type="dxa"/>
          </w:tcPr>
          <w:p w14:paraId="4AF17D81" w14:textId="13AF5C9D" w:rsidR="00287194" w:rsidRDefault="00287194"/>
        </w:tc>
        <w:tc>
          <w:tcPr>
            <w:tcW w:w="2425" w:type="dxa"/>
          </w:tcPr>
          <w:p w14:paraId="2D68AC75" w14:textId="442B8710" w:rsidR="00287194" w:rsidRDefault="00287194"/>
        </w:tc>
        <w:tc>
          <w:tcPr>
            <w:tcW w:w="2395" w:type="dxa"/>
          </w:tcPr>
          <w:p w14:paraId="23ACE23E" w14:textId="346C920B" w:rsidR="00287194" w:rsidRDefault="00287194"/>
        </w:tc>
      </w:tr>
      <w:tr w:rsidR="00287194" w14:paraId="20D38742" w14:textId="77777777" w:rsidTr="001C1128">
        <w:trPr>
          <w:jc w:val="center"/>
        </w:trPr>
        <w:tc>
          <w:tcPr>
            <w:tcW w:w="2631" w:type="dxa"/>
          </w:tcPr>
          <w:p w14:paraId="244A9DDD" w14:textId="2497B4C5" w:rsidR="00287194" w:rsidRDefault="00287194"/>
        </w:tc>
        <w:tc>
          <w:tcPr>
            <w:tcW w:w="2394" w:type="dxa"/>
            <w:vAlign w:val="bottom"/>
          </w:tcPr>
          <w:p w14:paraId="5D96FBBA" w14:textId="4980A3E3" w:rsidR="00287194" w:rsidRDefault="00287194"/>
        </w:tc>
        <w:tc>
          <w:tcPr>
            <w:tcW w:w="2425" w:type="dxa"/>
            <w:vAlign w:val="bottom"/>
          </w:tcPr>
          <w:p w14:paraId="0444039D" w14:textId="154375F2" w:rsidR="00287194" w:rsidRDefault="00287194"/>
        </w:tc>
        <w:tc>
          <w:tcPr>
            <w:tcW w:w="2395" w:type="dxa"/>
            <w:vAlign w:val="bottom"/>
          </w:tcPr>
          <w:p w14:paraId="404B46DF" w14:textId="54E94D33" w:rsidR="00287194" w:rsidRDefault="00287194"/>
        </w:tc>
      </w:tr>
    </w:tbl>
    <w:p w14:paraId="6DF8AE5D" w14:textId="6BC89928" w:rsidR="00D30323" w:rsidRPr="00736A00" w:rsidRDefault="00736A00" w:rsidP="00736A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A tal fine, </w:t>
      </w:r>
      <w:r w:rsidRPr="00736A00">
        <w:rPr>
          <w:sz w:val="24"/>
          <w:szCs w:val="24"/>
        </w:rPr>
        <w:t>dichiara</w:t>
      </w:r>
      <w:r>
        <w:rPr>
          <w:sz w:val="24"/>
          <w:szCs w:val="24"/>
        </w:rPr>
        <w:t xml:space="preserve"> di impegnarsi a</w:t>
      </w:r>
      <w:r w:rsidRPr="00736A00">
        <w:rPr>
          <w:sz w:val="24"/>
          <w:szCs w:val="24"/>
        </w:rPr>
        <w:t>:</w:t>
      </w:r>
    </w:p>
    <w:p w14:paraId="7846193F" w14:textId="2C180BAB" w:rsidR="00D30323" w:rsidRPr="001B23F2" w:rsidRDefault="00000000" w:rsidP="000F1372">
      <w:pPr>
        <w:spacing w:after="0" w:line="360" w:lineRule="auto"/>
        <w:jc w:val="both"/>
      </w:pPr>
      <w:r w:rsidRPr="001B23F2">
        <w:lastRenderedPageBreak/>
        <w:t>- garanti</w:t>
      </w:r>
      <w:r w:rsidR="00736A00" w:rsidRPr="001B23F2">
        <w:t>re</w:t>
      </w:r>
      <w:r w:rsidRPr="001B23F2">
        <w:t xml:space="preserve"> la presenza del </w:t>
      </w:r>
      <w:r w:rsidR="00C6499F">
        <w:t>n</w:t>
      </w:r>
      <w:r w:rsidR="00C6499F" w:rsidRPr="001B23F2">
        <w:t>umero</w:t>
      </w:r>
      <w:r w:rsidRPr="001B23F2">
        <w:t xml:space="preserve"> minimo di studenti richiesto per ciascun modulo</w:t>
      </w:r>
      <w:r w:rsidR="00736A00" w:rsidRPr="001B23F2">
        <w:t>;</w:t>
      </w:r>
    </w:p>
    <w:p w14:paraId="344382A5" w14:textId="052EF3B7" w:rsidR="00D30323" w:rsidRPr="001B23F2" w:rsidRDefault="00000000" w:rsidP="000F1372">
      <w:pPr>
        <w:spacing w:after="0" w:line="360" w:lineRule="auto"/>
        <w:jc w:val="both"/>
      </w:pPr>
      <w:r w:rsidRPr="001B23F2">
        <w:t>- individua</w:t>
      </w:r>
      <w:r w:rsidR="00736A00" w:rsidRPr="001B23F2">
        <w:t>re</w:t>
      </w:r>
      <w:r w:rsidRPr="001B23F2">
        <w:t xml:space="preserve"> </w:t>
      </w:r>
      <w:r w:rsidR="00736A00" w:rsidRPr="001B23F2">
        <w:t>- tramite interpello interno - i</w:t>
      </w:r>
      <w:r w:rsidRPr="001B23F2">
        <w:t xml:space="preserve">l docente tutor e </w:t>
      </w:r>
      <w:r w:rsidR="00736A00" w:rsidRPr="001B23F2">
        <w:t>i</w:t>
      </w:r>
      <w:r w:rsidRPr="001B23F2">
        <w:t>l collaboratore scolastico (se necessario)</w:t>
      </w:r>
      <w:r w:rsidR="00736A00" w:rsidRPr="001B23F2">
        <w:t>.</w:t>
      </w:r>
    </w:p>
    <w:p w14:paraId="1CF7B80E" w14:textId="4CD62263" w:rsidR="00D30323" w:rsidRPr="001B23F2" w:rsidRDefault="00000000" w:rsidP="000F1372">
      <w:pPr>
        <w:spacing w:line="360" w:lineRule="auto"/>
        <w:jc w:val="both"/>
      </w:pPr>
      <w:r w:rsidRPr="001B23F2">
        <w:t>- collaborare con la scuola partner del territorio e con il Beneficiario Capofila per la realizzazione e delle attività.</w:t>
      </w:r>
    </w:p>
    <w:p w14:paraId="0BC5D29E" w14:textId="5832C02C" w:rsidR="00D30323" w:rsidRDefault="00736A00" w:rsidP="008501AD">
      <w:pPr>
        <w:spacing w:before="360" w:after="0"/>
        <w:ind w:firstLine="5245"/>
        <w:rPr>
          <w:sz w:val="24"/>
          <w:szCs w:val="24"/>
        </w:rPr>
      </w:pPr>
      <w:r>
        <w:rPr>
          <w:sz w:val="24"/>
          <w:szCs w:val="24"/>
        </w:rPr>
        <w:t>I</w:t>
      </w:r>
      <w:r w:rsidRPr="00736A00">
        <w:rPr>
          <w:sz w:val="24"/>
          <w:szCs w:val="24"/>
        </w:rPr>
        <w:t>l Dirigente Scolastico</w:t>
      </w:r>
    </w:p>
    <w:p w14:paraId="6B87D24A" w14:textId="365E79A2" w:rsidR="008501AD" w:rsidRPr="00736A00" w:rsidRDefault="008501AD" w:rsidP="008501AD">
      <w:pPr>
        <w:ind w:firstLine="5245"/>
        <w:rPr>
          <w:sz w:val="24"/>
          <w:szCs w:val="24"/>
        </w:rPr>
      </w:pPr>
      <w:r w:rsidRPr="008501AD">
        <w:rPr>
          <w:sz w:val="24"/>
          <w:szCs w:val="24"/>
          <w:highlight w:val="yellow"/>
        </w:rPr>
        <w:t>(firmare digitalmente)</w:t>
      </w:r>
    </w:p>
    <w:sectPr w:rsidR="008501AD" w:rsidRPr="00736A00" w:rsidSect="00C3440A">
      <w:headerReference w:type="default" r:id="rId12"/>
      <w:pgSz w:w="12240" w:h="15840"/>
      <w:pgMar w:top="1418" w:right="1134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ACA10" w14:textId="77777777" w:rsidR="00E97015" w:rsidRDefault="00E97015" w:rsidP="00556F41">
      <w:pPr>
        <w:spacing w:after="0" w:line="240" w:lineRule="auto"/>
      </w:pPr>
      <w:r>
        <w:separator/>
      </w:r>
    </w:p>
  </w:endnote>
  <w:endnote w:type="continuationSeparator" w:id="0">
    <w:p w14:paraId="01B13DBC" w14:textId="77777777" w:rsidR="00E97015" w:rsidRDefault="00E97015" w:rsidP="00556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22127" w14:textId="77777777" w:rsidR="00E97015" w:rsidRDefault="00E97015" w:rsidP="00556F41">
      <w:pPr>
        <w:spacing w:after="0" w:line="240" w:lineRule="auto"/>
      </w:pPr>
      <w:r>
        <w:separator/>
      </w:r>
    </w:p>
  </w:footnote>
  <w:footnote w:type="continuationSeparator" w:id="0">
    <w:p w14:paraId="1D4A796B" w14:textId="77777777" w:rsidR="00E97015" w:rsidRDefault="00E97015" w:rsidP="00556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FB83E" w14:textId="2817643C" w:rsidR="00556F41" w:rsidRDefault="00556F41">
    <w:pPr>
      <w:pStyle w:val="Intestazione"/>
    </w:pPr>
    <w:r w:rsidRPr="00FD5126">
      <w:rPr>
        <w:noProof/>
      </w:rPr>
      <w:drawing>
        <wp:inline distT="0" distB="0" distL="0" distR="0" wp14:anchorId="246D0FC4" wp14:editId="07028E00">
          <wp:extent cx="5819140" cy="472099"/>
          <wp:effectExtent l="19050" t="0" r="0" b="0"/>
          <wp:docPr id="446628992" name="Image 64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4" name="Image 64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19140" cy="4720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7DDFEE" w14:textId="77777777" w:rsidR="00556F41" w:rsidRDefault="00556F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8704348">
    <w:abstractNumId w:val="8"/>
  </w:num>
  <w:num w:numId="2" w16cid:durableId="414089022">
    <w:abstractNumId w:val="6"/>
  </w:num>
  <w:num w:numId="3" w16cid:durableId="152576277">
    <w:abstractNumId w:val="5"/>
  </w:num>
  <w:num w:numId="4" w16cid:durableId="326983342">
    <w:abstractNumId w:val="4"/>
  </w:num>
  <w:num w:numId="5" w16cid:durableId="2061250464">
    <w:abstractNumId w:val="7"/>
  </w:num>
  <w:num w:numId="6" w16cid:durableId="969939437">
    <w:abstractNumId w:val="3"/>
  </w:num>
  <w:num w:numId="7" w16cid:durableId="1842891099">
    <w:abstractNumId w:val="2"/>
  </w:num>
  <w:num w:numId="8" w16cid:durableId="1561356774">
    <w:abstractNumId w:val="1"/>
  </w:num>
  <w:num w:numId="9" w16cid:durableId="1982542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4474"/>
    <w:rsid w:val="00025ADD"/>
    <w:rsid w:val="00034616"/>
    <w:rsid w:val="0006063C"/>
    <w:rsid w:val="000F1372"/>
    <w:rsid w:val="001001D5"/>
    <w:rsid w:val="0015074B"/>
    <w:rsid w:val="001B23F2"/>
    <w:rsid w:val="001C1128"/>
    <w:rsid w:val="00281124"/>
    <w:rsid w:val="00287194"/>
    <w:rsid w:val="0029639D"/>
    <w:rsid w:val="00310E72"/>
    <w:rsid w:val="00326F90"/>
    <w:rsid w:val="003A478D"/>
    <w:rsid w:val="00540020"/>
    <w:rsid w:val="00556F41"/>
    <w:rsid w:val="00564CD0"/>
    <w:rsid w:val="00736A00"/>
    <w:rsid w:val="00764A74"/>
    <w:rsid w:val="008501AD"/>
    <w:rsid w:val="00935174"/>
    <w:rsid w:val="00A12D6E"/>
    <w:rsid w:val="00AA00F6"/>
    <w:rsid w:val="00AA1D8D"/>
    <w:rsid w:val="00AB3D51"/>
    <w:rsid w:val="00B47730"/>
    <w:rsid w:val="00B60BDA"/>
    <w:rsid w:val="00B858CB"/>
    <w:rsid w:val="00BC2159"/>
    <w:rsid w:val="00BE6C9C"/>
    <w:rsid w:val="00C3440A"/>
    <w:rsid w:val="00C6499F"/>
    <w:rsid w:val="00CB0664"/>
    <w:rsid w:val="00D30323"/>
    <w:rsid w:val="00D54487"/>
    <w:rsid w:val="00DD4569"/>
    <w:rsid w:val="00E97015"/>
    <w:rsid w:val="00EC6777"/>
    <w:rsid w:val="00F36912"/>
    <w:rsid w:val="00F874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02E31D"/>
  <w14:defaultImageDpi w14:val="330"/>
  <w15:docId w15:val="{E63AD03C-ED9E-42B5-A6E6-61441BA9F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736A0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36A00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3A478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c84400a@pec.istruzion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sis01100g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ris00800b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uis00300r@pec.istruzione.it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D00F1FAD3A24A1D8D456598134B6B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F9DF4A-5EDD-4D8F-AA1C-83A96FA69BE6}"/>
      </w:docPartPr>
      <w:docPartBody>
        <w:p w:rsidR="006174AE" w:rsidRDefault="004809CB" w:rsidP="004809CB">
          <w:pPr>
            <w:pStyle w:val="6D00F1FAD3A24A1D8D456598134B6B83"/>
          </w:pPr>
          <w:r w:rsidRPr="0071774D">
            <w:rPr>
              <w:rStyle w:val="Testosegnaposto"/>
            </w:rPr>
            <w:t>Scegliere un elemento.</w:t>
          </w:r>
        </w:p>
      </w:docPartBody>
    </w:docPart>
    <w:docPart>
      <w:docPartPr>
        <w:name w:val="DefaultPlaceholder_-18540134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812A8D-6D02-43FB-B02C-171FF7FEA399}"/>
      </w:docPartPr>
      <w:docPartBody>
        <w:p w:rsidR="00237FA3" w:rsidRDefault="006174AE">
          <w:r w:rsidRPr="00B742C5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397"/>
    <w:rsid w:val="000049DA"/>
    <w:rsid w:val="00025ADD"/>
    <w:rsid w:val="000C6F61"/>
    <w:rsid w:val="00132397"/>
    <w:rsid w:val="00237FA3"/>
    <w:rsid w:val="00362B1F"/>
    <w:rsid w:val="004005B5"/>
    <w:rsid w:val="004809CB"/>
    <w:rsid w:val="00540020"/>
    <w:rsid w:val="006174AE"/>
    <w:rsid w:val="00815614"/>
    <w:rsid w:val="008D41E9"/>
    <w:rsid w:val="00AB3D51"/>
    <w:rsid w:val="00B60BDA"/>
    <w:rsid w:val="00B858CB"/>
    <w:rsid w:val="00F0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6174AE"/>
    <w:rPr>
      <w:color w:val="666666"/>
    </w:rPr>
  </w:style>
  <w:style w:type="paragraph" w:customStyle="1" w:styleId="6D00F1FAD3A24A1D8D456598134B6B83">
    <w:name w:val="6D00F1FAD3A24A1D8D456598134B6B83"/>
    <w:rsid w:val="004809CB"/>
  </w:style>
  <w:style w:type="paragraph" w:customStyle="1" w:styleId="29FB6A5203C149C2AD532BAF05D26F7A">
    <w:name w:val="29FB6A5203C149C2AD532BAF05D26F7A"/>
    <w:rsid w:val="00237F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Cogotti Maria Elisabetta</cp:lastModifiedBy>
  <cp:revision>22</cp:revision>
  <dcterms:created xsi:type="dcterms:W3CDTF">2013-12-23T23:15:00Z</dcterms:created>
  <dcterms:modified xsi:type="dcterms:W3CDTF">2025-11-17T09:03:00Z</dcterms:modified>
  <cp:category/>
</cp:coreProperties>
</file>